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1 Original Research Article</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MANUSCRIPT</w:t>
      </w:r>
    </w:p>
    <w:p>
      <w:r>
        <w:t>[Insert a concise, specific and informative title]</w:t>
      </w:r>
    </w:p>
    <w:p>
      <w:pPr>
        <w:pStyle w:val="Heading1"/>
      </w:pPr>
      <w:r>
        <w:t>AUTHOR INFORMATION — TITLE PAGE ONLY</w:t>
      </w:r>
    </w:p>
    <w:p>
      <w:r>
        <w:t>Author Name(s)</w:t>
        <w:br/>
        <w:t>Department and Institution</w:t>
        <w:br/>
        <w:t>City, Country</w:t>
        <w:br/>
        <w:t>Email</w:t>
        <w:br/>
        <w:t>ORCID iD (if available)</w:t>
      </w:r>
    </w:p>
    <w:p>
      <w:r>
        <w:t>Remove all identifying information from the anonymous manuscript if double-blind review is used.</w:t>
      </w:r>
    </w:p>
    <w:p>
      <w:pPr>
        <w:pStyle w:val="Heading1"/>
      </w:pPr>
      <w:r>
        <w:t>ABSTRACT</w:t>
      </w:r>
    </w:p>
    <w:p>
      <w:r>
        <w:t>[150–250 words: background, objective, methods, key findings, conclusion and contribution.]</w:t>
      </w:r>
    </w:p>
    <w:p>
      <w:pPr>
        <w:pStyle w:val="Heading1"/>
      </w:pPr>
      <w:r>
        <w:t>KEYWORDS</w:t>
      </w:r>
    </w:p>
    <w:p>
      <w:r>
        <w:t>[Provide 4–6 keywords.]</w:t>
      </w:r>
    </w:p>
    <w:p>
      <w:pPr>
        <w:pStyle w:val="Heading1"/>
      </w:pPr>
      <w:r>
        <w:t>1. INTRODUCTION</w:t>
      </w:r>
    </w:p>
    <w:p>
      <w:r>
        <w:t>[Background, problem, research gap, purpose, objectives/questions and paper overview.]</w:t>
      </w:r>
    </w:p>
    <w:p>
      <w:pPr>
        <w:pStyle w:val="Heading1"/>
      </w:pPr>
      <w:r>
        <w:t>2. LITERATURE REVIEW</w:t>
      </w:r>
    </w:p>
    <w:p>
      <w:r>
        <w:t>[Relevant theories, concepts, previous studies and identified gap.]</w:t>
      </w:r>
    </w:p>
    <w:p>
      <w:pPr>
        <w:pStyle w:val="Heading1"/>
      </w:pPr>
      <w:r>
        <w:t>3. RESEARCH OBJECTIVES / QUESTIONS / HYPOTHESES</w:t>
      </w:r>
    </w:p>
    <w:p>
      <w:r>
        <w:t>3.1 Objectives</w:t>
        <w:br/>
        <w:t>[Insert]</w:t>
      </w:r>
    </w:p>
    <w:p>
      <w:r>
        <w:t>3.2 Research Questions</w:t>
        <w:br/>
        <w:t>[Insert]</w:t>
      </w:r>
    </w:p>
    <w:p>
      <w:r>
        <w:t>3.3 Hypotheses (if applicable)</w:t>
        <w:br/>
        <w:t>[Insert]</w:t>
      </w:r>
    </w:p>
    <w:p>
      <w:pPr>
        <w:pStyle w:val="Heading1"/>
      </w:pPr>
      <w:r>
        <w:t>4. METHODOLOGY</w:t>
      </w:r>
    </w:p>
    <w:p>
      <w:r>
        <w:t>4.1 Research Design</w:t>
        <w:br/>
        <w:t>4.2 Data Sources</w:t>
        <w:br/>
        <w:t>4.3 Population and Sample</w:t>
        <w:br/>
        <w:t>4.4 Data Collection</w:t>
        <w:br/>
        <w:t>4.5 Variables/Constructs or Analytical Themes</w:t>
        <w:br/>
        <w:t>4.6 Data Analysis</w:t>
        <w:br/>
        <w:t>4.7 Ethical Considerations</w:t>
      </w:r>
    </w:p>
    <w:p>
      <w:r>
        <w:t>[Describe each clearly.]</w:t>
      </w:r>
    </w:p>
    <w:p>
      <w:pPr>
        <w:pStyle w:val="Heading1"/>
      </w:pPr>
      <w:r>
        <w:t>5. RESULTS AND FINDINGS</w:t>
      </w:r>
    </w:p>
    <w:p>
      <w:r>
        <w:t>[Present findings using text, tables and figures. Number all tables and figures and provide sources.]</w:t>
      </w:r>
    </w:p>
    <w:p>
      <w:pPr>
        <w:pStyle w:val="Heading1"/>
      </w:pPr>
      <w:r>
        <w:t>6. DISCUSSION</w:t>
      </w:r>
    </w:p>
    <w:p>
      <w:r>
        <w:t>[Interpret findings and relate them to literature, theory and implications.]</w:t>
      </w:r>
    </w:p>
    <w:p>
      <w:pPr>
        <w:pStyle w:val="Heading1"/>
      </w:pPr>
      <w:r>
        <w:t>7. CONCLUSION</w:t>
      </w:r>
    </w:p>
    <w:p>
      <w:r>
        <w:t>[Summarise key findings and contribution. Do not introduce new evidence.]</w:t>
      </w:r>
    </w:p>
    <w:p>
      <w:pPr>
        <w:pStyle w:val="Heading1"/>
      </w:pPr>
      <w:r>
        <w:t>8. RECOMMENDATIONS AND FUTURE RESEARCH</w:t>
      </w:r>
    </w:p>
    <w:p>
      <w:r>
        <w:t>[Insert practical, policy or research recommendations.]</w:t>
      </w:r>
    </w:p>
    <w:p>
      <w:pPr>
        <w:pStyle w:val="Heading1"/>
      </w:pPr>
      <w:r>
        <w:t>9. LIMITATIONS</w:t>
      </w:r>
    </w:p>
    <w:p>
      <w:r>
        <w:t>[State important limitations.]</w:t>
      </w:r>
    </w:p>
    <w:p>
      <w:pPr>
        <w:pStyle w:val="Heading1"/>
      </w:pPr>
      <w:r>
        <w:t>ACKNOWLEDGEMENTS</w:t>
      </w:r>
    </w:p>
    <w:p>
      <w:r>
        <w:t>[Optional.]</w:t>
      </w:r>
    </w:p>
    <w:p>
      <w:pPr>
        <w:pStyle w:val="Heading1"/>
      </w:pPr>
      <w:r>
        <w:t>FUNDING</w:t>
      </w:r>
    </w:p>
    <w:p>
      <w:r>
        <w:t>Funding: The authors received no specific financial support for the research, authorship, or publication of this article. [Edit if applicable.]</w:t>
      </w:r>
    </w:p>
    <w:p>
      <w:pPr>
        <w:pStyle w:val="Heading1"/>
      </w:pPr>
      <w:r>
        <w:t>CONFLICT OF INTEREST</w:t>
      </w:r>
    </w:p>
    <w:p>
      <w:r>
        <w:t>Conflict of Interest: The authors declare no known financial, professional, institutional, or personal conflicts of interest that could have influenced this work. [Edit if applicable.]</w:t>
      </w:r>
    </w:p>
    <w:p>
      <w:pPr>
        <w:pStyle w:val="Heading1"/>
      </w:pPr>
      <w:r>
        <w:t>AI-USE DISCLOSURE</w:t>
      </w:r>
    </w:p>
    <w:p>
      <w:r>
        <w:t>[If material AI assistance was used, name the tool, purpose and human verification. If none, state that no material generative AI assistance was used.]</w:t>
      </w:r>
    </w:p>
    <w:p>
      <w:pPr>
        <w:pStyle w:val="Heading1"/>
      </w:pPr>
      <w:r>
        <w:t>REFERENCES</w:t>
      </w:r>
    </w:p>
    <w:p>
      <w:r>
        <w:t>[Use the citation style specified in the current GCR Author Guidelines.]</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