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2 Narrative Review Article</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MANUSCRIPT</w:t>
      </w:r>
    </w:p>
    <w:p>
      <w:r>
        <w:t>[Insert title]</w:t>
      </w:r>
    </w:p>
    <w:p>
      <w:pPr>
        <w:pStyle w:val="Heading1"/>
      </w:pPr>
      <w:r>
        <w:t>AUTHOR INFORMATION — TITLE PAGE ONLY</w:t>
      </w:r>
    </w:p>
    <w:p>
      <w:r>
        <w:t>[Insert author details; remove from anonymous manuscript if required.]</w:t>
      </w:r>
    </w:p>
    <w:p>
      <w:pPr>
        <w:pStyle w:val="Heading1"/>
      </w:pPr>
      <w:r>
        <w:t>ABSTRACT</w:t>
      </w:r>
    </w:p>
    <w:p>
      <w:r>
        <w:t>[150–250 words: topic, purpose, scope, approach, main themes and conclusions.]</w:t>
      </w:r>
    </w:p>
    <w:p>
      <w:pPr>
        <w:pStyle w:val="Heading1"/>
      </w:pPr>
      <w:r>
        <w:t>KEYWORDS</w:t>
      </w:r>
    </w:p>
    <w:p>
      <w:r>
        <w:t>[4–6 keywords]</w:t>
      </w:r>
    </w:p>
    <w:p>
      <w:pPr>
        <w:pStyle w:val="Heading1"/>
      </w:pPr>
      <w:r>
        <w:t>1. INTRODUCTION</w:t>
      </w:r>
    </w:p>
    <w:p>
      <w:r>
        <w:t>[Topic, importance, purpose, scope and review questions.]</w:t>
      </w:r>
    </w:p>
    <w:p>
      <w:pPr>
        <w:pStyle w:val="Heading1"/>
      </w:pPr>
      <w:r>
        <w:t>2. REVIEW SCOPE AND APPROACH</w:t>
      </w:r>
    </w:p>
    <w:p>
      <w:r>
        <w:t>[Sources/databases, search terms, time period and approach. Be transparent even if the review is not systematic.]</w:t>
      </w:r>
    </w:p>
    <w:p>
      <w:pPr>
        <w:pStyle w:val="Heading1"/>
      </w:pPr>
      <w:r>
        <w:t>3. CONCEPTUAL AND THEORETICAL BACKGROUND</w:t>
      </w:r>
    </w:p>
    <w:p>
      <w:r>
        <w:t>[Key concepts, definitions, theories and historical development.]</w:t>
      </w:r>
    </w:p>
    <w:p>
      <w:pPr>
        <w:pStyle w:val="Heading1"/>
      </w:pPr>
      <w:r>
        <w:t>4. MAJOR THEMES IN THE LITERATURE</w:t>
      </w:r>
    </w:p>
    <w:p>
      <w:r>
        <w:t>4.1 Theme One</w:t>
        <w:br/>
        <w:t>4.2 Theme Two</w:t>
        <w:br/>
        <w:t>4.3 Theme Three</w:t>
        <w:br/>
        <w:t>4.4 Emerging Themes</w:t>
      </w:r>
    </w:p>
    <w:p>
      <w:r>
        <w:t>[Synthesise studies rather than summarising one study at a time.]</w:t>
      </w:r>
    </w:p>
    <w:p>
      <w:pPr>
        <w:pStyle w:val="Heading1"/>
      </w:pPr>
      <w:r>
        <w:t>5. CRITICAL ANALYSIS</w:t>
      </w:r>
    </w:p>
    <w:p>
      <w:r>
        <w:t>[Strengths, weaknesses, contradictions and methodological limitations.]</w:t>
      </w:r>
    </w:p>
    <w:p>
      <w:pPr>
        <w:pStyle w:val="Heading1"/>
      </w:pPr>
      <w:r>
        <w:t>6. RESEARCH GAPS</w:t>
      </w:r>
    </w:p>
    <w:p>
      <w:r>
        <w:t>[Theoretical, methodological, geographical, population, data or policy gaps.]</w:t>
      </w:r>
    </w:p>
    <w:p>
      <w:pPr>
        <w:pStyle w:val="Heading1"/>
      </w:pPr>
      <w:r>
        <w:t>7. FUTURE RESEARCH AGENDA</w:t>
      </w:r>
    </w:p>
    <w:p>
      <w:r>
        <w:t>[Specific and actionable directions.]</w:t>
      </w:r>
    </w:p>
    <w:p>
      <w:pPr>
        <w:pStyle w:val="Heading1"/>
      </w:pPr>
      <w:r>
        <w:t>8. CONCLUSION</w:t>
      </w:r>
    </w:p>
    <w:p>
      <w:r>
        <w:t>[Overall contribution and implications.]</w:t>
      </w:r>
    </w:p>
    <w:p>
      <w:pPr>
        <w:pStyle w:val="Heading1"/>
      </w:pPr>
      <w:r>
        <w:t>REFERENCES</w:t>
      </w:r>
    </w:p>
    <w:p>
      <w:r>
        <w:t>[Insert references.]</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