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3 Systematic Review</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MANUSCRIPT</w:t>
      </w:r>
    </w:p>
    <w:p>
      <w:r>
        <w:t>[Include “systematic review” where appropriate.]</w:t>
      </w:r>
    </w:p>
    <w:p>
      <w:pPr>
        <w:pStyle w:val="Heading1"/>
      </w:pPr>
      <w:r>
        <w:t>AUTHOR INFORMATION — TITLE PAGE ONLY</w:t>
      </w:r>
    </w:p>
    <w:p>
      <w:r>
        <w:t>[Insert details.]</w:t>
      </w:r>
    </w:p>
    <w:p>
      <w:pPr>
        <w:pStyle w:val="Heading1"/>
      </w:pPr>
      <w:r>
        <w:t>ABSTRACT</w:t>
      </w:r>
    </w:p>
    <w:p>
      <w:r>
        <w:t>[Background, objective, sources, eligibility criteria, number of included studies, findings and conclusion.]</w:t>
      </w:r>
    </w:p>
    <w:p>
      <w:pPr>
        <w:pStyle w:val="Heading1"/>
      </w:pPr>
      <w:r>
        <w:t>KEYWORDS</w:t>
      </w:r>
    </w:p>
    <w:p>
      <w:r>
        <w:t>[4–6 keywords]</w:t>
      </w:r>
    </w:p>
    <w:p>
      <w:pPr>
        <w:pStyle w:val="Heading1"/>
      </w:pPr>
      <w:r>
        <w:t>1. INTRODUCTION</w:t>
      </w:r>
    </w:p>
    <w:p>
      <w:r>
        <w:t>[Context, gap, objective and review questions.]</w:t>
      </w:r>
    </w:p>
    <w:p>
      <w:pPr>
        <w:pStyle w:val="Heading1"/>
      </w:pPr>
      <w:r>
        <w:t>2. METHODOLOGY</w:t>
      </w:r>
    </w:p>
    <w:p>
      <w:r>
        <w:t>2.1 Review Protocol and Registration</w:t>
        <w:br/>
        <w:t>2.2 Information Sources</w:t>
        <w:br/>
        <w:t>2.3 Search Strategy</w:t>
        <w:br/>
        <w:t>2.4 Inclusion Criteria</w:t>
        <w:br/>
        <w:t>2.5 Exclusion Criteria</w:t>
        <w:br/>
        <w:t>2.6 Screening and Study Selection</w:t>
        <w:br/>
        <w:t>2.7 Data Extraction</w:t>
        <w:br/>
        <w:t>2.8 Quality/Risk-of-Bias Assessment</w:t>
        <w:br/>
        <w:t>2.9 Data Synthesis</w:t>
      </w:r>
    </w:p>
    <w:p>
      <w:r>
        <w:t>[Use an appropriate reporting guideline, such as PRISMA, where applicable.]</w:t>
      </w:r>
    </w:p>
    <w:p>
      <w:pPr>
        <w:pStyle w:val="Heading1"/>
      </w:pPr>
      <w:r>
        <w:t>3. RESULTS</w:t>
      </w:r>
    </w:p>
    <w:p>
      <w:r>
        <w:t>3.1 Study Selection</w:t>
        <w:br/>
        <w:t>3.2 Characteristics of Included Studies</w:t>
        <w:br/>
        <w:t>3.3 Quality Assessment</w:t>
        <w:br/>
        <w:t>3.4 Main Findings</w:t>
      </w:r>
    </w:p>
    <w:p>
      <w:r>
        <w:t>[Include a flow diagram and evidence tables where appropriate.]</w:t>
      </w:r>
    </w:p>
    <w:p>
      <w:pPr>
        <w:pStyle w:val="Heading1"/>
      </w:pPr>
      <w:r>
        <w:t>4. DISCUSSION</w:t>
      </w:r>
    </w:p>
    <w:p>
      <w:r>
        <w:t>[Interpret evidence, agreement/disagreement, implications and gaps.]</w:t>
      </w:r>
    </w:p>
    <w:p>
      <w:pPr>
        <w:pStyle w:val="Heading1"/>
      </w:pPr>
      <w:r>
        <w:t>5. LIMITATIONS</w:t>
      </w:r>
    </w:p>
    <w:p>
      <w:r>
        <w:t>[Limitations of the review and included studies.]</w:t>
      </w:r>
    </w:p>
    <w:p>
      <w:pPr>
        <w:pStyle w:val="Heading1"/>
      </w:pPr>
      <w:r>
        <w:t>6. CONCLUSION</w:t>
      </w:r>
    </w:p>
    <w:p>
      <w:r>
        <w:t>[Insert conclusion.]</w:t>
      </w:r>
    </w:p>
    <w:p>
      <w:pPr>
        <w:pStyle w:val="Heading1"/>
      </w:pPr>
      <w:r>
        <w:t>REFERENCES</w:t>
      </w:r>
    </w:p>
    <w:p>
      <w:r>
        <w:t>[Insert references.]</w:t>
      </w:r>
    </w:p>
    <w:p>
      <w:pPr>
        <w:pStyle w:val="Heading1"/>
      </w:pPr>
      <w:r>
        <w:t>APPENDICES</w:t>
      </w:r>
    </w:p>
    <w:p>
      <w:r>
        <w:t>[Full search strings, extraction form, quality tool and supplementary material.]</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