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6 Research Essay</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RESEARCH ESSAY</w:t>
      </w:r>
    </w:p>
    <w:p>
      <w:r>
        <w:t>[A concise title reflecting the central question or argument]</w:t>
      </w:r>
    </w:p>
    <w:p>
      <w:pPr>
        <w:pStyle w:val="Heading1"/>
      </w:pPr>
      <w:r>
        <w:t>AUTHOR INFORMATION — TITLE PAGE ONLY</w:t>
      </w:r>
    </w:p>
    <w:p>
      <w:r>
        <w:t>[Insert details.]</w:t>
      </w:r>
    </w:p>
    <w:p>
      <w:pPr>
        <w:pStyle w:val="Heading1"/>
      </w:pPr>
      <w:r>
        <w:t>ABSTRACT</w:t>
      </w:r>
    </w:p>
    <w:p>
      <w:r>
        <w:t>[150–250 words: issue, central argument, approach, evidence and conclusion.]</w:t>
      </w:r>
    </w:p>
    <w:p>
      <w:pPr>
        <w:pStyle w:val="Heading1"/>
      </w:pPr>
      <w:r>
        <w:t>KEYWORDS</w:t>
      </w:r>
    </w:p>
    <w:p>
      <w:r>
        <w:t>[4–6 keywords]</w:t>
      </w:r>
    </w:p>
    <w:p>
      <w:pPr>
        <w:pStyle w:val="Heading1"/>
      </w:pPr>
      <w:r>
        <w:t>1. INTRODUCTION</w:t>
      </w:r>
    </w:p>
    <w:p>
      <w:r>
        <w:t>[Introduce the issue, research question, thesis/central argument, significance and essay roadmap.]</w:t>
      </w:r>
    </w:p>
    <w:p>
      <w:pPr>
        <w:pStyle w:val="Heading1"/>
      </w:pPr>
      <w:r>
        <w:t>2. CONCEPTUAL OR HISTORICAL BACKGROUND</w:t>
      </w:r>
    </w:p>
    <w:p>
      <w:r>
        <w:t>[Define key concepts and provide relevant context.]</w:t>
      </w:r>
    </w:p>
    <w:p>
      <w:pPr>
        <w:pStyle w:val="Heading1"/>
      </w:pPr>
      <w:r>
        <w:t>3. LITERATURE AND EVIDENCE BASE</w:t>
      </w:r>
    </w:p>
    <w:p>
      <w:r>
        <w:t>[Engage critically with scholarly literature, data, cases or primary sources.]</w:t>
      </w:r>
    </w:p>
    <w:p>
      <w:pPr>
        <w:pStyle w:val="Heading1"/>
      </w:pPr>
      <w:r>
        <w:t>4. CENTRAL ARGUMENT</w:t>
      </w:r>
    </w:p>
    <w:p>
      <w:r>
        <w:t>[Develop the main argument logically. Use subheadings as needed.]</w:t>
      </w:r>
    </w:p>
    <w:p>
      <w:pPr>
        <w:pStyle w:val="Heading1"/>
      </w:pPr>
      <w:r>
        <w:t>5. COUNTERARGUMENTS AND ALTERNATIVE PERSPECTIVES</w:t>
      </w:r>
    </w:p>
    <w:p>
      <w:r>
        <w:t>[Present important opposing views fairly and respond with evidence and reasoning.]</w:t>
      </w:r>
    </w:p>
    <w:p>
      <w:pPr>
        <w:pStyle w:val="Heading1"/>
      </w:pPr>
      <w:r>
        <w:t>6. CRITICAL DISCUSSION</w:t>
      </w:r>
    </w:p>
    <w:p>
      <w:r>
        <w:t>[Synthesis, implications, limitations and interdisciplinary connections.]</w:t>
      </w:r>
    </w:p>
    <w:p>
      <w:pPr>
        <w:pStyle w:val="Heading1"/>
      </w:pPr>
      <w:r>
        <w:t>7. CONCLUSION</w:t>
      </w:r>
    </w:p>
    <w:p>
      <w:r>
        <w:t>[Return to the thesis, summarise the contribution and identify implications.]</w:t>
      </w:r>
    </w:p>
    <w:p>
      <w:pPr>
        <w:pStyle w:val="Heading1"/>
      </w:pPr>
      <w:r>
        <w:t>ACKNOWLEDGEMENTS</w:t>
      </w:r>
    </w:p>
    <w:p>
      <w:r>
        <w:t>[Optional.]</w:t>
      </w:r>
    </w:p>
    <w:p>
      <w:pPr>
        <w:pStyle w:val="Heading1"/>
      </w:pPr>
      <w:r>
        <w:t>FUNDING</w:t>
      </w:r>
    </w:p>
    <w:p>
      <w:r>
        <w:t>[Insert statement.]</w:t>
      </w:r>
    </w:p>
    <w:p>
      <w:pPr>
        <w:pStyle w:val="Heading1"/>
      </w:pPr>
      <w:r>
        <w:t>CONFLICT OF INTEREST</w:t>
      </w:r>
    </w:p>
    <w:p>
      <w:r>
        <w:t>[Insert statement.]</w:t>
      </w:r>
    </w:p>
    <w:p>
      <w:pPr>
        <w:pStyle w:val="Heading1"/>
      </w:pPr>
      <w:r>
        <w:t>AI-USE DISCLOSURE</w:t>
      </w:r>
    </w:p>
    <w:p>
      <w:r>
        <w:t>[Insert if applicable.]</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