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7 Conceptual Theoretical Paper</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TITLE OF MANUSCRIPT</w:t>
      </w:r>
    </w:p>
    <w:p>
      <w:r>
        <w:t>[Insert title]</w:t>
      </w:r>
    </w:p>
    <w:p>
      <w:pPr>
        <w:pStyle w:val="Heading1"/>
      </w:pPr>
      <w:r>
        <w:t>AUTHOR INFORMATION — TITLE PAGE ONLY</w:t>
      </w:r>
    </w:p>
    <w:p>
      <w:r>
        <w:t>[Insert details.]</w:t>
      </w:r>
    </w:p>
    <w:p>
      <w:pPr>
        <w:pStyle w:val="Heading1"/>
      </w:pPr>
      <w:r>
        <w:t>ABSTRACT</w:t>
      </w:r>
    </w:p>
    <w:p>
      <w:r>
        <w:t>[Problem, conceptual objective, theories, proposed framework and contribution.]</w:t>
      </w:r>
    </w:p>
    <w:p>
      <w:pPr>
        <w:pStyle w:val="Heading1"/>
      </w:pPr>
      <w:r>
        <w:t>KEYWORDS</w:t>
      </w:r>
    </w:p>
    <w:p>
      <w:r>
        <w:t>[4–6 keywords]</w:t>
      </w:r>
    </w:p>
    <w:p>
      <w:pPr>
        <w:pStyle w:val="Heading1"/>
      </w:pPr>
      <w:r>
        <w:t>1. INTRODUCTION</w:t>
      </w:r>
    </w:p>
    <w:p>
      <w:r>
        <w:t>[Problem, significance, conceptual gap and purpose.]</w:t>
      </w:r>
    </w:p>
    <w:p>
      <w:pPr>
        <w:pStyle w:val="Heading1"/>
      </w:pPr>
      <w:r>
        <w:t>2. THEORETICAL BACKGROUND</w:t>
      </w:r>
    </w:p>
    <w:p>
      <w:r>
        <w:t>[Relevant theories, concepts and existing models.]</w:t>
      </w:r>
    </w:p>
    <w:p>
      <w:pPr>
        <w:pStyle w:val="Heading1"/>
      </w:pPr>
      <w:r>
        <w:t>3. CONCEPTUAL GAP</w:t>
      </w:r>
    </w:p>
    <w:p>
      <w:r>
        <w:t>[What existing theory does not explain adequately.]</w:t>
      </w:r>
    </w:p>
    <w:p>
      <w:pPr>
        <w:pStyle w:val="Heading1"/>
      </w:pPr>
      <w:r>
        <w:t>4. PROPOSED CONCEPTUAL FRAMEWORK OR MODEL</w:t>
      </w:r>
    </w:p>
    <w:p>
      <w:r>
        <w:t>[Define constructs, relationships, assumptions and boundaries. Insert a labelled figure if appropriate.]</w:t>
      </w:r>
    </w:p>
    <w:p>
      <w:pPr>
        <w:pStyle w:val="Heading1"/>
      </w:pPr>
      <w:r>
        <w:t>5. THEORETICAL PROPOSITIONS</w:t>
      </w:r>
    </w:p>
    <w:p>
      <w:r>
        <w:t>Proposition 1:</w:t>
        <w:br/>
        <w:t>Rationale:</w:t>
      </w:r>
    </w:p>
    <w:p>
      <w:r>
        <w:t>Proposition 2:</w:t>
        <w:br/>
        <w:t>Rationale:</w:t>
      </w:r>
    </w:p>
    <w:p>
      <w:pPr>
        <w:pStyle w:val="Heading1"/>
      </w:pPr>
      <w:r>
        <w:t>6. DISCUSSION</w:t>
      </w:r>
    </w:p>
    <w:p>
      <w:r>
        <w:t>[Theoretical contribution, practical implications and interdisciplinary relevance.]</w:t>
      </w:r>
    </w:p>
    <w:p>
      <w:pPr>
        <w:pStyle w:val="Heading1"/>
      </w:pPr>
      <w:r>
        <w:t>7. FUTURE RESEARCH</w:t>
      </w:r>
    </w:p>
    <w:p>
      <w:r>
        <w:t>[How the framework can be tested or extended.]</w:t>
      </w:r>
    </w:p>
    <w:p>
      <w:pPr>
        <w:pStyle w:val="Heading1"/>
      </w:pPr>
      <w:r>
        <w:t>8. CONCLUSION</w:t>
      </w:r>
    </w:p>
    <w:p>
      <w:r>
        <w:t>[Insert.]</w:t>
      </w:r>
    </w:p>
    <w:p>
      <w:pPr>
        <w:pStyle w:val="Heading1"/>
      </w:pPr>
      <w:r>
        <w:t>REFERENCES</w:t>
      </w:r>
    </w:p>
    <w:p>
      <w:r>
        <w:t>[Insert.]</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