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1 Book Review</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BOOK DETAILS</w:t>
      </w:r>
    </w:p>
    <w:p>
      <w:r>
        <w:t>Book Title:</w:t>
        <w:br/>
        <w:t>Author/Editor:</w:t>
        <w:br/>
        <w:t>Publisher:</w:t>
        <w:br/>
        <w:t>Year:</w:t>
        <w:br/>
        <w:t>Edition:</w:t>
        <w:br/>
        <w:t>Number of Pages:</w:t>
        <w:br/>
        <w:t>ISBN:</w:t>
      </w:r>
    </w:p>
    <w:p>
      <w:pPr>
        <w:pStyle w:val="Heading1"/>
      </w:pPr>
      <w:r>
        <w:t>REVIEW TITLE</w:t>
      </w:r>
    </w:p>
    <w:p>
      <w:r>
        <w:t>[Insert title]</w:t>
      </w:r>
    </w:p>
    <w:p>
      <w:pPr>
        <w:pStyle w:val="Heading1"/>
      </w:pPr>
      <w:r>
        <w:t>REVIEWER INFORMATION</w:t>
      </w:r>
    </w:p>
    <w:p>
      <w:r>
        <w:t>Reviewer Name</w:t>
        <w:br/>
        <w:t>Institution</w:t>
        <w:br/>
        <w:t>Country</w:t>
        <w:br/>
        <w:t>Email</w:t>
      </w:r>
    </w:p>
    <w:p>
      <w:pPr>
        <w:pStyle w:val="Heading1"/>
      </w:pPr>
      <w:r>
        <w:t>1. INTRODUCTION</w:t>
      </w:r>
    </w:p>
    <w:p>
      <w:r>
        <w:t>[Introduce the book, author/editor and importance.]</w:t>
      </w:r>
    </w:p>
    <w:p>
      <w:pPr>
        <w:pStyle w:val="Heading1"/>
      </w:pPr>
      <w:r>
        <w:t>2. SUMMARY OF THE BOOK</w:t>
      </w:r>
    </w:p>
    <w:p>
      <w:r>
        <w:t>[Summarise major themes and structure without excessive chapter-by-chapter description.]</w:t>
      </w:r>
    </w:p>
    <w:p>
      <w:pPr>
        <w:pStyle w:val="Heading1"/>
      </w:pPr>
      <w:r>
        <w:t>3. CRITICAL EVALUATION</w:t>
      </w:r>
    </w:p>
    <w:p>
      <w:r>
        <w:t>[Strengths, limitations, originality, theory, evidence and writing.]</w:t>
      </w:r>
    </w:p>
    <w:p>
      <w:pPr>
        <w:pStyle w:val="Heading1"/>
      </w:pPr>
      <w:r>
        <w:t>4. RELEVANCE AND AUDIENCE</w:t>
      </w:r>
    </w:p>
    <w:p>
      <w:r>
        <w:t>[Who would benefit and why?]</w:t>
      </w:r>
    </w:p>
    <w:p>
      <w:pPr>
        <w:pStyle w:val="Heading1"/>
      </w:pPr>
      <w:r>
        <w:t>5. CONCLUSION</w:t>
      </w:r>
    </w:p>
    <w:p>
      <w:r>
        <w:t>[Overall assessment.]</w:t>
      </w:r>
    </w:p>
    <w:p>
      <w:pPr>
        <w:pStyle w:val="Heading1"/>
      </w:pPr>
      <w:r>
        <w:t>REFERENCES</w:t>
      </w:r>
    </w:p>
    <w:p>
      <w:r>
        <w:t>[If cited.]</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