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11 Research Proposal</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RESEARCH PROPOSAL</w:t>
      </w:r>
    </w:p>
    <w:p>
      <w:r>
        <w:t>[Insert title]</w:t>
      </w:r>
    </w:p>
    <w:p>
      <w:pPr>
        <w:pStyle w:val="Heading1"/>
      </w:pPr>
      <w:r>
        <w:t>AUTHOR INFORMATION</w:t>
      </w:r>
    </w:p>
    <w:p>
      <w:r>
        <w:t>[Insert details.]</w:t>
      </w:r>
    </w:p>
    <w:p>
      <w:pPr>
        <w:pStyle w:val="Heading1"/>
      </w:pPr>
      <w:r>
        <w:t>PROJECT SUMMARY / ABSTRACT</w:t>
      </w:r>
    </w:p>
    <w:p>
      <w:r>
        <w:t>[Background, problem, objectives, proposed methods and expected contribution.]</w:t>
      </w:r>
    </w:p>
    <w:p>
      <w:pPr>
        <w:pStyle w:val="Heading1"/>
      </w:pPr>
      <w:r>
        <w:t>KEYWORDS</w:t>
      </w:r>
    </w:p>
    <w:p>
      <w:r>
        <w:t>[4–6 keywords]</w:t>
      </w:r>
    </w:p>
    <w:p>
      <w:pPr>
        <w:pStyle w:val="Heading1"/>
      </w:pPr>
      <w:r>
        <w:t>1. BACKGROUND AND RATIONALE</w:t>
      </w:r>
    </w:p>
    <w:p>
      <w:r>
        <w:t>[Topic and significance.]</w:t>
      </w:r>
    </w:p>
    <w:p>
      <w:pPr>
        <w:pStyle w:val="Heading1"/>
      </w:pPr>
      <w:r>
        <w:t>2. PROBLEM STATEMENT</w:t>
      </w:r>
    </w:p>
    <w:p>
      <w:r>
        <w:t>[Specific problem.]</w:t>
      </w:r>
    </w:p>
    <w:p>
      <w:pPr>
        <w:pStyle w:val="Heading1"/>
      </w:pPr>
      <w:r>
        <w:t>3. RESEARCH OBJECTIVES</w:t>
      </w:r>
    </w:p>
    <w:p>
      <w:r>
        <w:t>[List.]</w:t>
      </w:r>
    </w:p>
    <w:p>
      <w:pPr>
        <w:pStyle w:val="Heading1"/>
      </w:pPr>
      <w:r>
        <w:t>4. RESEARCH QUESTIONS OR HYPOTHESES</w:t>
      </w:r>
    </w:p>
    <w:p>
      <w:r>
        <w:t>[List.]</w:t>
      </w:r>
    </w:p>
    <w:p>
      <w:pPr>
        <w:pStyle w:val="Heading1"/>
      </w:pPr>
      <w:r>
        <w:t>5. LITERATURE REVIEW</w:t>
      </w:r>
    </w:p>
    <w:p>
      <w:r>
        <w:t>[Relevant research and gap.]</w:t>
      </w:r>
    </w:p>
    <w:p>
      <w:pPr>
        <w:pStyle w:val="Heading1"/>
      </w:pPr>
      <w:r>
        <w:t>6. PROPOSED METHODOLOGY</w:t>
      </w:r>
    </w:p>
    <w:p>
      <w:r>
        <w:t>6.1 Design</w:t>
        <w:br/>
        <w:t>6.2 Data Sources</w:t>
        <w:br/>
        <w:t>6.3 Population/Sample</w:t>
        <w:br/>
        <w:t>6.4 Data Collection</w:t>
        <w:br/>
        <w:t>6.5 Analysis</w:t>
        <w:br/>
        <w:t>6.6 Ethics</w:t>
      </w:r>
    </w:p>
    <w:p>
      <w:pPr>
        <w:pStyle w:val="Heading1"/>
      </w:pPr>
      <w:r>
        <w:t>7. EXPECTED FINDINGS OR CONTRIBUTION</w:t>
      </w:r>
    </w:p>
    <w:p>
      <w:r>
        <w:t>[Academic, practical or policy contribution.]</w:t>
      </w:r>
    </w:p>
    <w:p>
      <w:pPr>
        <w:pStyle w:val="Heading1"/>
      </w:pPr>
      <w:r>
        <w:t>8. PROPOSED TIMELINE</w:t>
      </w:r>
    </w:p>
    <w:p>
      <w:r>
        <w:t>Activity | Expected Period</w:t>
        <w:br/>
        <w:t>Literature Review | [Insert]</w:t>
        <w:br/>
        <w:t>Research Design | [Insert]</w:t>
        <w:br/>
        <w:t>Data Collection | [Insert]</w:t>
        <w:br/>
        <w:t>Analysis | [Insert]</w:t>
        <w:br/>
        <w:t>Writing | [Insert]</w:t>
      </w:r>
    </w:p>
    <w:p>
      <w:pPr>
        <w:pStyle w:val="Heading1"/>
      </w:pPr>
      <w:r>
        <w:t>9. 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